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308C7" w14:textId="77777777" w:rsidR="000714E7" w:rsidRDefault="00000000">
      <w:pPr>
        <w:jc w:val="center"/>
      </w:pPr>
      <w:r>
        <w:rPr>
          <w:sz w:val="40"/>
        </w:rPr>
        <w:t>ADNAN ABEDIN</w:t>
      </w:r>
    </w:p>
    <w:p w14:paraId="71F49075" w14:textId="77777777" w:rsidR="000714E7" w:rsidRDefault="00000000">
      <w:pPr>
        <w:jc w:val="center"/>
      </w:pPr>
      <w:r>
        <w:t>+44 7490 389927 | adnanabedin.0714@gmail.com</w:t>
      </w:r>
    </w:p>
    <w:p w14:paraId="4E56D45C" w14:textId="77777777" w:rsidR="000714E7" w:rsidRDefault="00000000">
      <w:pPr>
        <w:pBdr>
          <w:bottom w:val="single" w:sz="4" w:space="1" w:color="808080"/>
        </w:pBdr>
        <w:spacing w:before="160" w:after="20"/>
      </w:pPr>
      <w:r>
        <w:rPr>
          <w:b/>
        </w:rPr>
        <w:t>EDUCATION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0714E7" w14:paraId="7F581D43" w14:textId="77777777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DB100" w14:textId="77777777" w:rsidR="000714E7" w:rsidRDefault="00000000">
            <w:r>
              <w:rPr>
                <w:b/>
              </w:rPr>
              <w:t>University of Greenwich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C3633" w14:textId="77777777" w:rsidR="000714E7" w:rsidRDefault="00000000">
            <w:pPr>
              <w:jc w:val="right"/>
            </w:pPr>
            <w:r>
              <w:rPr>
                <w:b/>
              </w:rPr>
              <w:t>London, United Kingdom</w:t>
            </w:r>
          </w:p>
        </w:tc>
      </w:tr>
      <w:tr w:rsidR="000714E7" w14:paraId="1A22BBB0" w14:textId="77777777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79244" w14:textId="77777777" w:rsidR="000714E7" w:rsidRDefault="00000000">
            <w:r>
              <w:rPr>
                <w:i/>
              </w:rPr>
              <w:t>BSc Computer Science with Cyber Security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32F85" w14:textId="77777777" w:rsidR="000714E7" w:rsidRDefault="00000000">
            <w:pPr>
              <w:jc w:val="right"/>
            </w:pPr>
            <w:r>
              <w:rPr>
                <w:i/>
              </w:rPr>
              <w:t>2024 – Present | Expected 2027</w:t>
            </w:r>
          </w:p>
        </w:tc>
      </w:tr>
    </w:tbl>
    <w:p w14:paraId="41871585" w14:textId="77777777" w:rsidR="000714E7" w:rsidRDefault="00000000">
      <w:pPr>
        <w:spacing w:after="20"/>
        <w:ind w:left="317" w:hanging="216"/>
      </w:pPr>
      <w:r>
        <w:t>• Key Projects:</w:t>
      </w:r>
    </w:p>
    <w:p w14:paraId="76516D33" w14:textId="77777777" w:rsidR="000714E7" w:rsidRDefault="00000000">
      <w:pPr>
        <w:spacing w:after="20"/>
        <w:ind w:left="648" w:hanging="216"/>
      </w:pPr>
      <w:r>
        <w:t xml:space="preserve">◦ </w:t>
      </w:r>
      <w:r>
        <w:rPr>
          <w:b/>
        </w:rPr>
        <w:t xml:space="preserve">Role-Based Access Control System – Java: </w:t>
      </w:r>
      <w:r>
        <w:t>Collaborated in developing a security-focused application that restricted resource access based on user roles and permissions, incorporating Java Generics, design patterns, audit logging and JUnit testing.</w:t>
      </w:r>
    </w:p>
    <w:p w14:paraId="2CD72E39" w14:textId="77777777" w:rsidR="000714E7" w:rsidRDefault="00000000">
      <w:pPr>
        <w:spacing w:after="20"/>
        <w:ind w:left="648" w:hanging="216"/>
      </w:pPr>
      <w:r>
        <w:t xml:space="preserve">◦ </w:t>
      </w:r>
      <w:r>
        <w:rPr>
          <w:b/>
        </w:rPr>
        <w:t xml:space="preserve">Software Engineering Group Case Study: </w:t>
      </w:r>
      <w:r>
        <w:t>Worked within a team to design and apply software development methodologies, strengthening teamwork, leadership and project management skills.</w:t>
      </w:r>
    </w:p>
    <w:p w14:paraId="5614FB60" w14:textId="77777777" w:rsidR="000714E7" w:rsidRDefault="00000000">
      <w:pPr>
        <w:spacing w:after="20"/>
        <w:ind w:left="648" w:hanging="216"/>
      </w:pPr>
      <w:r>
        <w:t xml:space="preserve">◦ </w:t>
      </w:r>
      <w:r>
        <w:rPr>
          <w:b/>
        </w:rPr>
        <w:t xml:space="preserve">Family Tree Application – Python (OOP): </w:t>
      </w:r>
      <w:r>
        <w:t>Designed and built an interactive object-oriented family tree application, improving data handling and problem-solving skills.</w:t>
      </w:r>
    </w:p>
    <w:p w14:paraId="7DFC7454" w14:textId="77777777" w:rsidR="000714E7" w:rsidRDefault="00000000">
      <w:pPr>
        <w:pBdr>
          <w:bottom w:val="single" w:sz="4" w:space="1" w:color="808080"/>
        </w:pBdr>
        <w:spacing w:before="160" w:after="20"/>
      </w:pPr>
      <w:r>
        <w:rPr>
          <w:b/>
        </w:rPr>
        <w:t>WORK &amp; LEADERSHIP EXPERIENCE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0714E7" w14:paraId="5762355D" w14:textId="77777777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7AE47" w14:textId="77777777" w:rsidR="000714E7" w:rsidRDefault="00000000">
            <w:r>
              <w:rPr>
                <w:b/>
              </w:rPr>
              <w:t>Big Education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5CC10" w14:textId="77777777" w:rsidR="000714E7" w:rsidRDefault="00000000">
            <w:pPr>
              <w:jc w:val="right"/>
            </w:pPr>
            <w:r>
              <w:rPr>
                <w:b/>
              </w:rPr>
              <w:t>London, United Kingdom</w:t>
            </w:r>
          </w:p>
        </w:tc>
      </w:tr>
      <w:tr w:rsidR="000714E7" w14:paraId="2C046666" w14:textId="77777777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6096C" w14:textId="77777777" w:rsidR="000714E7" w:rsidRDefault="00000000">
            <w:r>
              <w:rPr>
                <w:i/>
              </w:rPr>
              <w:t>IT Support Technician Placement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46FDE" w14:textId="77777777" w:rsidR="000714E7" w:rsidRDefault="00000000">
            <w:pPr>
              <w:jc w:val="right"/>
            </w:pPr>
            <w:r>
              <w:rPr>
                <w:i/>
              </w:rPr>
              <w:t>June 2026 – July 2026</w:t>
            </w:r>
          </w:p>
        </w:tc>
      </w:tr>
    </w:tbl>
    <w:p w14:paraId="3FD92D39" w14:textId="77777777" w:rsidR="000714E7" w:rsidRDefault="00000000">
      <w:pPr>
        <w:spacing w:after="20"/>
        <w:ind w:left="317" w:hanging="216"/>
      </w:pPr>
      <w:r>
        <w:t>• Provided first-line technical support to staff and students, resolving hardware, software and network-related issues to minimise disruption to teaching and learning.</w:t>
      </w:r>
    </w:p>
    <w:p w14:paraId="09A8B934" w14:textId="77777777" w:rsidR="000714E7" w:rsidRDefault="00000000">
      <w:pPr>
        <w:spacing w:after="20"/>
        <w:ind w:left="317" w:hanging="216"/>
      </w:pPr>
      <w:r>
        <w:t>• Managed support requests through Freshdesk, prioritising tasks effectively and ensuring timely resolution of technical incidents.</w:t>
      </w:r>
    </w:p>
    <w:p w14:paraId="28D5BD09" w14:textId="77777777" w:rsidR="000714E7" w:rsidRDefault="00000000">
      <w:pPr>
        <w:spacing w:after="20"/>
        <w:ind w:left="317" w:hanging="216"/>
      </w:pPr>
      <w:r>
        <w:t>• Logged and escalated hardware faults through detailed ticket reporting, supporting efficient device maintenance and asset management.</w:t>
      </w:r>
    </w:p>
    <w:p w14:paraId="2AC1BE24" w14:textId="77777777" w:rsidR="000714E7" w:rsidRDefault="000714E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0714E7" w14:paraId="33C3170B" w14:textId="77777777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82392" w14:textId="77777777" w:rsidR="000714E7" w:rsidRDefault="00000000">
            <w:r>
              <w:rPr>
                <w:b/>
              </w:rPr>
              <w:t>WHSmith – St Thomas' Hospital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99697" w14:textId="77777777" w:rsidR="000714E7" w:rsidRDefault="00000000">
            <w:pPr>
              <w:jc w:val="right"/>
            </w:pPr>
            <w:r>
              <w:rPr>
                <w:b/>
              </w:rPr>
              <w:t>London, United Kingdom</w:t>
            </w:r>
          </w:p>
        </w:tc>
      </w:tr>
      <w:tr w:rsidR="000714E7" w14:paraId="35B80933" w14:textId="77777777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7C1F5" w14:textId="77777777" w:rsidR="000714E7" w:rsidRDefault="00000000">
            <w:r>
              <w:rPr>
                <w:i/>
              </w:rPr>
              <w:t>Sales Assistant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8C059" w14:textId="5FBECAB3" w:rsidR="000714E7" w:rsidRDefault="00FF1D0D">
            <w:pPr>
              <w:jc w:val="right"/>
            </w:pPr>
            <w:r>
              <w:rPr>
                <w:i/>
              </w:rPr>
              <w:t xml:space="preserve">July </w:t>
            </w:r>
            <w:r w:rsidR="00000000">
              <w:rPr>
                <w:i/>
              </w:rPr>
              <w:t>2023 – Present</w:t>
            </w:r>
          </w:p>
        </w:tc>
      </w:tr>
    </w:tbl>
    <w:p w14:paraId="7045AE75" w14:textId="77777777" w:rsidR="000714E7" w:rsidRDefault="00000000">
      <w:pPr>
        <w:spacing w:after="20"/>
        <w:ind w:left="317" w:hanging="216"/>
      </w:pPr>
      <w:r>
        <w:t>• Provided excellent customer service in a fast-paced hospital environment, developing strong communication and problem-solving skills.</w:t>
      </w:r>
    </w:p>
    <w:p w14:paraId="3C42C2E7" w14:textId="77777777" w:rsidR="000714E7" w:rsidRDefault="00000000">
      <w:pPr>
        <w:spacing w:after="20"/>
        <w:ind w:left="317" w:hanging="216"/>
      </w:pPr>
      <w:r>
        <w:t>• Handled cash transactions and supported stock management, contributing to smooth daily operations and customer satisfaction.</w:t>
      </w:r>
    </w:p>
    <w:p w14:paraId="683BF042" w14:textId="77777777" w:rsidR="000714E7" w:rsidRDefault="00000000">
      <w:pPr>
        <w:spacing w:after="20"/>
        <w:ind w:left="317" w:hanging="216"/>
      </w:pPr>
      <w:r>
        <w:t>• Adapted quickly to changing priorities while working effectively under pressure in a high-volume retail setting.</w:t>
      </w:r>
    </w:p>
    <w:p w14:paraId="5E7CF3BC" w14:textId="77777777" w:rsidR="000714E7" w:rsidRDefault="000714E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0714E7" w14:paraId="1C38E8B4" w14:textId="77777777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5261" w14:textId="77777777" w:rsidR="000714E7" w:rsidRDefault="00000000">
            <w:r>
              <w:rPr>
                <w:b/>
              </w:rPr>
              <w:t>Self-Employed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84055" w14:textId="77777777" w:rsidR="000714E7" w:rsidRDefault="00000000">
            <w:pPr>
              <w:jc w:val="right"/>
            </w:pPr>
            <w:r>
              <w:rPr>
                <w:b/>
              </w:rPr>
              <w:t>London, United Kingdom</w:t>
            </w:r>
          </w:p>
        </w:tc>
      </w:tr>
      <w:tr w:rsidR="000714E7" w14:paraId="7C3C5DDB" w14:textId="77777777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4037A" w14:textId="77777777" w:rsidR="000714E7" w:rsidRDefault="00000000">
            <w:r>
              <w:rPr>
                <w:i/>
              </w:rPr>
              <w:t>Private Tutor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6411B" w14:textId="0D709280" w:rsidR="000714E7" w:rsidRDefault="00FF1D0D">
            <w:pPr>
              <w:jc w:val="right"/>
            </w:pPr>
            <w:r>
              <w:rPr>
                <w:i/>
              </w:rPr>
              <w:t xml:space="preserve">August </w:t>
            </w:r>
            <w:r w:rsidR="00000000">
              <w:rPr>
                <w:i/>
              </w:rPr>
              <w:t>2022 – Present</w:t>
            </w:r>
          </w:p>
        </w:tc>
      </w:tr>
    </w:tbl>
    <w:p w14:paraId="32E98B7A" w14:textId="77777777" w:rsidR="000714E7" w:rsidRDefault="00000000">
      <w:pPr>
        <w:spacing w:after="20"/>
        <w:ind w:left="317" w:hanging="216"/>
      </w:pPr>
      <w:r>
        <w:t>• Deliver personalised Mathematics and English tuition for students at SATs and GCSE level, adapting lessons to individual learning needs.</w:t>
      </w:r>
    </w:p>
    <w:p w14:paraId="449896F8" w14:textId="77777777" w:rsidR="000714E7" w:rsidRDefault="00000000">
      <w:pPr>
        <w:spacing w:after="20"/>
        <w:ind w:left="317" w:hanging="216"/>
      </w:pPr>
      <w:r>
        <w:t>• Improved students' confidence and academic performance through targeted support and structured revision.</w:t>
      </w:r>
    </w:p>
    <w:p w14:paraId="6E26A28E" w14:textId="003CAAFE" w:rsidR="00FF1D0D" w:rsidRDefault="00000000">
      <w:pPr>
        <w:spacing w:after="20"/>
        <w:ind w:left="317" w:hanging="216"/>
      </w:pPr>
      <w:r>
        <w:t>• Supported multiple learners in exceeding predicted grades, with improvements from C/D grades to A-grade outcomes in Mathematics and English.</w:t>
      </w:r>
      <w:r w:rsidR="00FF1D0D">
        <w:br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FF1D0D" w14:paraId="7B70847B" w14:textId="77777777" w:rsidTr="00DC1F30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71413" w14:textId="296ED333" w:rsidR="00FF1D0D" w:rsidRDefault="00FF1D0D" w:rsidP="00DC1F30">
            <w:r>
              <w:rPr>
                <w:b/>
              </w:rPr>
              <w:t>Sports Direct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A0BB8" w14:textId="77777777" w:rsidR="00FF1D0D" w:rsidRDefault="00FF1D0D" w:rsidP="00DC1F30">
            <w:pPr>
              <w:jc w:val="right"/>
            </w:pPr>
            <w:r>
              <w:rPr>
                <w:b/>
              </w:rPr>
              <w:t>London, United Kingdom</w:t>
            </w:r>
          </w:p>
        </w:tc>
      </w:tr>
      <w:tr w:rsidR="00FF1D0D" w14:paraId="28F874CA" w14:textId="77777777" w:rsidTr="00DC1F30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75F97" w14:textId="2160C1BE" w:rsidR="00FF1D0D" w:rsidRDefault="00FF1D0D" w:rsidP="00DC1F30">
            <w:r>
              <w:rPr>
                <w:i/>
              </w:rPr>
              <w:t>Retail Assistant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AF5E8" w14:textId="2A9E207F" w:rsidR="00FF1D0D" w:rsidRDefault="00FF1D0D" w:rsidP="00DC1F30">
            <w:pPr>
              <w:jc w:val="right"/>
            </w:pPr>
            <w:r>
              <w:rPr>
                <w:i/>
              </w:rPr>
              <w:t xml:space="preserve">August </w:t>
            </w:r>
            <w:r>
              <w:rPr>
                <w:i/>
              </w:rPr>
              <w:t xml:space="preserve">2022 – </w:t>
            </w:r>
            <w:r>
              <w:rPr>
                <w:i/>
              </w:rPr>
              <w:t>September 2022</w:t>
            </w:r>
          </w:p>
        </w:tc>
      </w:tr>
    </w:tbl>
    <w:p w14:paraId="5EA52300" w14:textId="44BAA814" w:rsidR="00FF1D0D" w:rsidRDefault="00FF1D0D" w:rsidP="00FF1D0D">
      <w:pPr>
        <w:spacing w:after="20"/>
        <w:ind w:left="317" w:hanging="216"/>
      </w:pPr>
      <w:r>
        <w:t xml:space="preserve">• </w:t>
      </w:r>
      <w:r w:rsidRPr="00FF1D0D">
        <w:t>Assisted customers with product enquiries and purchases, delivering friendly and efficient customer service in a fast</w:t>
      </w:r>
      <w:r>
        <w:t xml:space="preserve"> </w:t>
      </w:r>
      <w:r w:rsidRPr="00FF1D0D">
        <w:t>paced retail environment.</w:t>
      </w:r>
    </w:p>
    <w:p w14:paraId="2CE48528" w14:textId="08C67C1A" w:rsidR="000714E7" w:rsidRDefault="00FF1D0D" w:rsidP="00FF1D0D">
      <w:pPr>
        <w:spacing w:after="20"/>
        <w:ind w:left="317" w:hanging="216"/>
      </w:pPr>
      <w:r>
        <w:t xml:space="preserve">• </w:t>
      </w:r>
      <w:r w:rsidRPr="00FF1D0D">
        <w:t>Maintained a clean, organised and visually appealing shop floor by restocking products and ensuring displays were presented to a high standard.</w:t>
      </w:r>
      <w:r>
        <w:br/>
      </w:r>
    </w:p>
    <w:p w14:paraId="55D519EF" w14:textId="77777777" w:rsidR="000714E7" w:rsidRDefault="00000000">
      <w:pPr>
        <w:pBdr>
          <w:bottom w:val="single" w:sz="4" w:space="1" w:color="808080"/>
        </w:pBdr>
        <w:spacing w:before="160" w:after="20"/>
      </w:pPr>
      <w:r>
        <w:rPr>
          <w:b/>
        </w:rPr>
        <w:t>SKILLS, ACTIVITIES &amp; INTERESTS</w:t>
      </w:r>
    </w:p>
    <w:p w14:paraId="6B50CDD3" w14:textId="77777777" w:rsidR="000714E7" w:rsidRDefault="00000000">
      <w:r>
        <w:rPr>
          <w:b/>
        </w:rPr>
        <w:t xml:space="preserve">Languages: </w:t>
      </w:r>
      <w:r>
        <w:t>English – Fluent; Bengali – Fluent; Spanish, Hindi and Urdu – Beginner</w:t>
      </w:r>
    </w:p>
    <w:p w14:paraId="15F4F5FD" w14:textId="3B0BFFF4" w:rsidR="000714E7" w:rsidRDefault="00000000">
      <w:r>
        <w:rPr>
          <w:b/>
        </w:rPr>
        <w:t xml:space="preserve">Technical Skills: </w:t>
      </w:r>
      <w:r>
        <w:t>Python (OOP), Java, HTML, CSS (Beginner), Basic Networking Tools, IT Help Desk Support, Hardware and Software Troubleshooting, Risk Assessment, Incident Reporting, Data Handling, Microsoft Word</w:t>
      </w:r>
      <w:r w:rsidR="00FF1D0D">
        <w:t>…</w:t>
      </w:r>
    </w:p>
    <w:p w14:paraId="718DB8C2" w14:textId="77777777" w:rsidR="000714E7" w:rsidRDefault="00000000">
      <w:r>
        <w:rPr>
          <w:b/>
        </w:rPr>
        <w:t xml:space="preserve">Certifications &amp; Training: </w:t>
      </w:r>
      <w:r>
        <w:t>Cisco Networking Academy – IoT and Digital Transformation (2025); Forage Datacom – Cyber Security Operations Job Simulation (2026)</w:t>
      </w:r>
    </w:p>
    <w:p w14:paraId="64F5E01D" w14:textId="77777777" w:rsidR="000714E7" w:rsidRDefault="00000000">
      <w:r>
        <w:rPr>
          <w:b/>
        </w:rPr>
        <w:t xml:space="preserve">Activities: </w:t>
      </w:r>
      <w:r>
        <w:t>University software engineering and cybersecurity projects</w:t>
      </w:r>
    </w:p>
    <w:p w14:paraId="47A39944" w14:textId="3F4DF2AC" w:rsidR="000714E7" w:rsidRDefault="00000000">
      <w:r>
        <w:rPr>
          <w:b/>
        </w:rPr>
        <w:t xml:space="preserve">Interests: </w:t>
      </w:r>
      <w:r>
        <w:t>Technology, cybersecurity and fitness</w:t>
      </w:r>
      <w:r w:rsidR="00FF1D0D">
        <w:t xml:space="preserve"> (gym &amp; sports)</w:t>
      </w:r>
    </w:p>
    <w:sectPr w:rsidR="000714E7" w:rsidSect="00034616">
      <w:pgSz w:w="12240" w:h="15840"/>
      <w:pgMar w:top="792" w:right="1080" w:bottom="79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3224164">
    <w:abstractNumId w:val="8"/>
  </w:num>
  <w:num w:numId="2" w16cid:durableId="1164970760">
    <w:abstractNumId w:val="6"/>
  </w:num>
  <w:num w:numId="3" w16cid:durableId="1847280540">
    <w:abstractNumId w:val="5"/>
  </w:num>
  <w:num w:numId="4" w16cid:durableId="1623457887">
    <w:abstractNumId w:val="4"/>
  </w:num>
  <w:num w:numId="5" w16cid:durableId="419255741">
    <w:abstractNumId w:val="7"/>
  </w:num>
  <w:num w:numId="6" w16cid:durableId="25254972">
    <w:abstractNumId w:val="3"/>
  </w:num>
  <w:num w:numId="7" w16cid:durableId="1282148935">
    <w:abstractNumId w:val="2"/>
  </w:num>
  <w:num w:numId="8" w16cid:durableId="1203009811">
    <w:abstractNumId w:val="1"/>
  </w:num>
  <w:num w:numId="9" w16cid:durableId="70676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4E7"/>
    <w:rsid w:val="00123D64"/>
    <w:rsid w:val="0015074B"/>
    <w:rsid w:val="0029639D"/>
    <w:rsid w:val="00326F90"/>
    <w:rsid w:val="00AA1D8D"/>
    <w:rsid w:val="00B47730"/>
    <w:rsid w:val="00CB0664"/>
    <w:rsid w:val="00FC693F"/>
    <w:rsid w:val="00FF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0F61D4"/>
  <w14:defaultImageDpi w14:val="300"/>
  <w15:docId w15:val="{BB91C308-B82B-49ED-8B85-22C1ABF4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adnan abedin</cp:lastModifiedBy>
  <cp:revision>2</cp:revision>
  <dcterms:created xsi:type="dcterms:W3CDTF">2026-08-21T19:31:00Z</dcterms:created>
  <dcterms:modified xsi:type="dcterms:W3CDTF">2026-08-21T19:31:00Z</dcterms:modified>
  <cp:category/>
</cp:coreProperties>
</file>